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151C"/>
          <w:sz w:val="22"/>
        </w:rPr>
        <w:t>İGU ALPEREN</w:t>
      </w:r>
    </w:p>
    <w:p>
      <w:pPr>
        <w:jc w:val="center"/>
      </w:pPr>
      <w:r>
        <w:rPr>
          <w:b/>
          <w:color w:val="07151C"/>
          <w:sz w:val="36"/>
        </w:rPr>
        <w:t>KAPALI ALAN ACİL DURUM VE KURTARMA PLANI</w:t>
      </w:r>
    </w:p>
    <w:p>
      <w:pPr>
        <w:jc w:val="center"/>
      </w:pPr>
      <w:r>
        <w:rPr>
          <w:color w:val="6B7C85"/>
          <w:sz w:val="16"/>
        </w:rPr>
        <w:t>igualperen.com.tr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Firma / Proje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Kapalı Alan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Lokasyon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Plan Tarihi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Plan No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Revizyon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00</w:t>
            </w:r>
          </w:p>
        </w:tc>
      </w:tr>
    </w:tbl>
    <w:p/>
    <w:p>
      <w:r>
        <w:rPr>
          <w:b/>
          <w:color w:val="07151C"/>
          <w:sz w:val="22"/>
        </w:rPr>
        <w:t>1. Muhtemel Acil Durum Senaryoları</w:t>
      </w:r>
    </w:p>
    <w:p>
      <w:r>
        <w:t>• Oksijen yetersizliği veya tehlikeli atmosfer</w:t>
      </w:r>
    </w:p>
    <w:p>
      <w:r>
        <w:t>• Bilinç kaybı / zehirlenme</w:t>
      </w:r>
    </w:p>
    <w:p>
      <w:r>
        <w:t>• Yangın / duman</w:t>
      </w:r>
    </w:p>
    <w:p>
      <w:r>
        <w:t>• Düşme veya travma</w:t>
      </w:r>
    </w:p>
    <w:p>
      <w:r>
        <w:t>• Mekanik sıkışma / mahsur kalma</w:t>
      </w:r>
    </w:p>
    <w:p>
      <w:r>
        <w:t>• Ani proses veya enerji salımı</w:t>
      </w:r>
    </w:p>
    <w:p>
      <w:r>
        <w:rPr>
          <w:b/>
          <w:color w:val="07151C"/>
          <w:sz w:val="22"/>
        </w:rPr>
        <w:t>2. Alarm ve Haberleşme</w:t>
      </w:r>
    </w:p>
    <w:p>
      <w:r>
        <w:t>• Gözcü ile içerideki çalışan arasında sürekli iletişim yöntemi: ____________</w:t>
      </w:r>
    </w:p>
    <w:p>
      <w:r>
        <w:t>• Acil alarm yöntemi: ____________</w:t>
      </w:r>
    </w:p>
    <w:p>
      <w:r>
        <w:t>• İşyeri acil durum irtibatı: ____________</w:t>
      </w:r>
    </w:p>
    <w:p>
      <w:r>
        <w:t>• 112 / dış yardım çağrısını yapacak kişi: ____________</w:t>
      </w:r>
    </w:p>
    <w:p>
      <w:r>
        <w:rPr>
          <w:b/>
          <w:color w:val="07151C"/>
          <w:sz w:val="22"/>
        </w:rPr>
        <w:t>3. Kurtarma Organizasyonu</w:t>
      </w:r>
    </w:p>
    <w:p>
      <w:r>
        <w:t>• Kurtarma ekip lideri: ____________</w:t>
      </w:r>
    </w:p>
    <w:p>
      <w:r>
        <w:t>• Gözcü: ____________</w:t>
      </w:r>
    </w:p>
    <w:p>
      <w:r>
        <w:t>• İlk yardımcı: ____________</w:t>
      </w:r>
    </w:p>
    <w:p>
      <w:r>
        <w:t>• Enerji izolasyonundan sorumlu: ____________</w:t>
      </w:r>
    </w:p>
    <w:p>
      <w:r>
        <w:t>• Dış yardım ekiplerini karşılayacak kişi: ____________</w:t>
      </w:r>
    </w:p>
    <w:p>
      <w:r>
        <w:rPr>
          <w:b/>
          <w:color w:val="07151C"/>
          <w:sz w:val="22"/>
        </w:rPr>
        <w:t>4. Kurtarma Ekipmanları</w:t>
      </w:r>
    </w:p>
    <w:p>
      <w:r>
        <w:t>• Tripod / davit kolu (gerekiyorsa)</w:t>
      </w:r>
    </w:p>
    <w:p>
      <w:r>
        <w:t>• Kurtarma vinci / yaşam hattı</w:t>
      </w:r>
    </w:p>
    <w:p>
      <w:r>
        <w:t>• Tam vücut emniyet kemeri</w:t>
      </w:r>
    </w:p>
    <w:p>
      <w:r>
        <w:t>• Uygun solunum koruyucu / bağımsız hava beslemeli cihaz (risk gerektiriyorsa)</w:t>
      </w:r>
    </w:p>
    <w:p>
      <w:r>
        <w:t>• Gaz ölçüm cihazı</w:t>
      </w:r>
    </w:p>
    <w:p>
      <w:r>
        <w:t>• Sedye / kurtarma sedyesi</w:t>
      </w:r>
    </w:p>
    <w:p>
      <w:r>
        <w:t>• İlk yardım ekipmanı</w:t>
      </w:r>
    </w:p>
    <w:p>
      <w:r>
        <w:t>• Yangın söndürme ekipmanı</w:t>
      </w:r>
    </w:p>
    <w:p>
      <w:r>
        <w:t>• Haberleşme ekipmanı</w:t>
      </w:r>
    </w:p>
    <w:p>
      <w:r>
        <w:rPr>
          <w:b/>
          <w:color w:val="07151C"/>
          <w:sz w:val="22"/>
        </w:rPr>
        <w:t>5. Kurtarma Adımları</w:t>
      </w:r>
    </w:p>
    <w:p>
      <w:r>
        <w:t>• Alarmı ver ve işi durdur.</w:t>
      </w:r>
    </w:p>
    <w:p>
      <w:r>
        <w:t>• Kapalı alana plansız / korumasız şekilde ikinci kişi sokma.</w:t>
      </w:r>
    </w:p>
    <w:p>
      <w:r>
        <w:t>• Enerji ve proses kaynaklarını güvenli şekilde izole et.</w:t>
      </w:r>
    </w:p>
    <w:p>
      <w:r>
        <w:t>• Atmosferi ölç ve havalandırmayı değerlendir.</w:t>
      </w:r>
    </w:p>
    <w:p>
      <w:r>
        <w:t>• Önceden belirlenen kurtarma yöntemiyle kazazedeye ulaş.</w:t>
      </w:r>
    </w:p>
    <w:p>
      <w:r>
        <w:t>• Gerekliyse 112 ve dış kurtarma birimleriyle koordinasyonu başlat.</w:t>
      </w:r>
    </w:p>
    <w:p>
      <w:r>
        <w:t>• Kazazedeyi güvenli alana çıkar ve ilk yardım / tıbbi müdahaleyi başlat.</w:t>
      </w:r>
    </w:p>
    <w:p>
      <w:r>
        <w:t>• Olay alanını kontrol altına al; izin ve risk değerlendirmesini yeniden gözden geçirmeden işe dönme.</w:t>
      </w:r>
    </w:p>
    <w:p>
      <w:r>
        <w:rPr>
          <w:b/>
          <w:sz w:val="22"/>
        </w:rPr>
        <w:t>TATBİKAT / PLAN DOĞRULAMA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Senaryo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Tespit Edilen Eksiklik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Düzeltici Faaliyet</w:t>
            </w:r>
          </w:p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</w:tbl>
    <w:p>
      <w:pPr>
        <w:jc w:val="center"/>
      </w:pPr>
      <w:r>
        <w:rPr>
          <w:i/>
          <w:color w:val="6B7C85"/>
          <w:sz w:val="15"/>
        </w:rPr>
        <w:t>Not: Bu şablon genel örnektir. İşyerinin risk değerlendirmesi, teknik şartları ve yürürlükteki mevzuata göre uyarlanmalıdır.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