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97B1" w14:textId="77777777" w:rsidR="003C544E" w:rsidRDefault="00000000">
      <w:pPr>
        <w:jc w:val="center"/>
      </w:pPr>
      <w:r>
        <w:rPr>
          <w:b/>
          <w:color w:val="07151C"/>
          <w:sz w:val="36"/>
        </w:rPr>
        <w:t>YANGIN TATBİKAT RAPORU</w:t>
      </w:r>
    </w:p>
    <w:p w14:paraId="3E5AADF9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1. GENEL BİLGİLER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3C544E" w14:paraId="3D5BD939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37D0EC38" w14:textId="77777777" w:rsidR="003C544E" w:rsidRDefault="00000000">
            <w:r>
              <w:rPr>
                <w:b/>
                <w:sz w:val="19"/>
              </w:rPr>
              <w:t>Firma / Proje Adı</w:t>
            </w:r>
          </w:p>
        </w:tc>
        <w:tc>
          <w:tcPr>
            <w:tcW w:w="5156" w:type="dxa"/>
            <w:vAlign w:val="center"/>
          </w:tcPr>
          <w:p w14:paraId="6502F41D" w14:textId="77777777" w:rsidR="003C544E" w:rsidRDefault="003C544E"/>
        </w:tc>
      </w:tr>
      <w:tr w:rsidR="003C544E" w14:paraId="76E7532D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07A92DA3" w14:textId="77777777" w:rsidR="003C544E" w:rsidRDefault="00000000">
            <w:r>
              <w:rPr>
                <w:b/>
                <w:sz w:val="19"/>
              </w:rPr>
              <w:t>Tatbikat Tarihi</w:t>
            </w:r>
          </w:p>
        </w:tc>
        <w:tc>
          <w:tcPr>
            <w:tcW w:w="5156" w:type="dxa"/>
            <w:vAlign w:val="center"/>
          </w:tcPr>
          <w:p w14:paraId="00487619" w14:textId="77777777" w:rsidR="003C544E" w:rsidRDefault="003C544E"/>
        </w:tc>
      </w:tr>
      <w:tr w:rsidR="003C544E" w14:paraId="6F184487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236EEB19" w14:textId="77777777" w:rsidR="003C544E" w:rsidRDefault="00000000">
            <w:r>
              <w:rPr>
                <w:b/>
                <w:sz w:val="19"/>
              </w:rPr>
              <w:t>Tatbikat Başlangıç Saati</w:t>
            </w:r>
          </w:p>
        </w:tc>
        <w:tc>
          <w:tcPr>
            <w:tcW w:w="5156" w:type="dxa"/>
            <w:vAlign w:val="center"/>
          </w:tcPr>
          <w:p w14:paraId="713DE8C8" w14:textId="77777777" w:rsidR="003C544E" w:rsidRDefault="003C544E"/>
        </w:tc>
      </w:tr>
      <w:tr w:rsidR="003C544E" w14:paraId="5B4499B4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1109E343" w14:textId="77777777" w:rsidR="003C544E" w:rsidRDefault="00000000">
            <w:r>
              <w:rPr>
                <w:b/>
                <w:sz w:val="19"/>
              </w:rPr>
              <w:t>Tatbikat Bitiş Saati</w:t>
            </w:r>
          </w:p>
        </w:tc>
        <w:tc>
          <w:tcPr>
            <w:tcW w:w="5156" w:type="dxa"/>
            <w:vAlign w:val="center"/>
          </w:tcPr>
          <w:p w14:paraId="43602A53" w14:textId="77777777" w:rsidR="003C544E" w:rsidRDefault="003C544E"/>
        </w:tc>
      </w:tr>
      <w:tr w:rsidR="003C544E" w14:paraId="51C9BCAB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71C96947" w14:textId="77777777" w:rsidR="003C544E" w:rsidRDefault="00000000">
            <w:r>
              <w:rPr>
                <w:b/>
                <w:sz w:val="19"/>
              </w:rPr>
              <w:t>Tatbikat Yeri / Bölüm</w:t>
            </w:r>
          </w:p>
        </w:tc>
        <w:tc>
          <w:tcPr>
            <w:tcW w:w="5156" w:type="dxa"/>
            <w:vAlign w:val="center"/>
          </w:tcPr>
          <w:p w14:paraId="56D8AF4B" w14:textId="77777777" w:rsidR="003C544E" w:rsidRDefault="003C544E"/>
        </w:tc>
      </w:tr>
      <w:tr w:rsidR="003C544E" w14:paraId="660E7050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4357BF97" w14:textId="77777777" w:rsidR="003C544E" w:rsidRDefault="00000000">
            <w:r>
              <w:rPr>
                <w:b/>
                <w:sz w:val="19"/>
              </w:rPr>
              <w:t>Tatbikat Türü</w:t>
            </w:r>
          </w:p>
        </w:tc>
        <w:tc>
          <w:tcPr>
            <w:tcW w:w="5156" w:type="dxa"/>
            <w:vAlign w:val="center"/>
          </w:tcPr>
          <w:p w14:paraId="185DEB09" w14:textId="77777777" w:rsidR="003C544E" w:rsidRDefault="00000000">
            <w:r>
              <w:rPr>
                <w:sz w:val="19"/>
              </w:rPr>
              <w:t>Yangın / Tahliye Tatbikatı</w:t>
            </w:r>
          </w:p>
        </w:tc>
      </w:tr>
      <w:tr w:rsidR="003C544E" w14:paraId="243EAAB4" w14:textId="77777777">
        <w:trPr>
          <w:jc w:val="center"/>
        </w:trPr>
        <w:tc>
          <w:tcPr>
            <w:tcW w:w="5156" w:type="dxa"/>
            <w:shd w:val="clear" w:color="auto" w:fill="F4C915"/>
            <w:vAlign w:val="center"/>
          </w:tcPr>
          <w:p w14:paraId="52F7A82B" w14:textId="77777777" w:rsidR="003C544E" w:rsidRDefault="00000000">
            <w:r>
              <w:rPr>
                <w:b/>
                <w:sz w:val="19"/>
              </w:rPr>
              <w:t>Raporu Hazırlayan</w:t>
            </w:r>
          </w:p>
        </w:tc>
        <w:tc>
          <w:tcPr>
            <w:tcW w:w="5156" w:type="dxa"/>
            <w:vAlign w:val="center"/>
          </w:tcPr>
          <w:p w14:paraId="01FB642C" w14:textId="77777777" w:rsidR="003C544E" w:rsidRDefault="003C544E"/>
        </w:tc>
      </w:tr>
    </w:tbl>
    <w:p w14:paraId="13277025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2. TATBİKATIN AMACI</w:t>
      </w:r>
    </w:p>
    <w:p w14:paraId="6B06011F" w14:textId="77777777" w:rsidR="003C544E" w:rsidRDefault="00000000">
      <w:r>
        <w:t>Bu tatbikat; işyerinde meydana gelebilecek yangın durumunda çalışanların alarm sonrası tahliye davranışlarını, acil durum ekiplerinin koordinasyonunu, toplanma alanı disiplinini ve haberleşme akışını değerlendirmek amacıyla gerçekleştirilmiştir.</w:t>
      </w:r>
    </w:p>
    <w:p w14:paraId="6065FF9D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3. KATILIMCI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3C544E" w14:paraId="771FC21B" w14:textId="77777777">
        <w:tc>
          <w:tcPr>
            <w:tcW w:w="5156" w:type="dxa"/>
            <w:shd w:val="clear" w:color="auto" w:fill="F4C915"/>
            <w:vAlign w:val="center"/>
          </w:tcPr>
          <w:p w14:paraId="440C25E4" w14:textId="77777777" w:rsidR="003C544E" w:rsidRDefault="00000000">
            <w:r>
              <w:rPr>
                <w:b/>
                <w:sz w:val="19"/>
              </w:rPr>
              <w:t>Toplam Çalışan Sayısı</w:t>
            </w:r>
          </w:p>
        </w:tc>
        <w:tc>
          <w:tcPr>
            <w:tcW w:w="5156" w:type="dxa"/>
            <w:vAlign w:val="center"/>
          </w:tcPr>
          <w:p w14:paraId="21167F56" w14:textId="77777777" w:rsidR="003C544E" w:rsidRDefault="003C544E"/>
        </w:tc>
      </w:tr>
      <w:tr w:rsidR="003C544E" w14:paraId="16F472A6" w14:textId="77777777">
        <w:tc>
          <w:tcPr>
            <w:tcW w:w="5156" w:type="dxa"/>
            <w:shd w:val="clear" w:color="auto" w:fill="F4C915"/>
            <w:vAlign w:val="center"/>
          </w:tcPr>
          <w:p w14:paraId="18668B09" w14:textId="77777777" w:rsidR="003C544E" w:rsidRDefault="00000000">
            <w:r>
              <w:rPr>
                <w:b/>
                <w:sz w:val="19"/>
              </w:rPr>
              <w:t>Tatbikata Katılan Çalışan Sayısı</w:t>
            </w:r>
          </w:p>
        </w:tc>
        <w:tc>
          <w:tcPr>
            <w:tcW w:w="5156" w:type="dxa"/>
            <w:vAlign w:val="center"/>
          </w:tcPr>
          <w:p w14:paraId="30F08A3F" w14:textId="77777777" w:rsidR="003C544E" w:rsidRDefault="003C544E"/>
        </w:tc>
      </w:tr>
      <w:tr w:rsidR="003C544E" w14:paraId="17BF6B41" w14:textId="77777777">
        <w:tc>
          <w:tcPr>
            <w:tcW w:w="5156" w:type="dxa"/>
            <w:shd w:val="clear" w:color="auto" w:fill="F4C915"/>
            <w:vAlign w:val="center"/>
          </w:tcPr>
          <w:p w14:paraId="3ADF0307" w14:textId="77777777" w:rsidR="003C544E" w:rsidRDefault="00000000">
            <w:r>
              <w:rPr>
                <w:b/>
                <w:sz w:val="19"/>
              </w:rPr>
              <w:t>Taşeron / Ziyaretçi Sayısı</w:t>
            </w:r>
          </w:p>
        </w:tc>
        <w:tc>
          <w:tcPr>
            <w:tcW w:w="5156" w:type="dxa"/>
            <w:vAlign w:val="center"/>
          </w:tcPr>
          <w:p w14:paraId="1883EA47" w14:textId="77777777" w:rsidR="003C544E" w:rsidRDefault="003C544E"/>
        </w:tc>
      </w:tr>
      <w:tr w:rsidR="003C544E" w14:paraId="3212129D" w14:textId="77777777">
        <w:tc>
          <w:tcPr>
            <w:tcW w:w="5156" w:type="dxa"/>
            <w:shd w:val="clear" w:color="auto" w:fill="F4C915"/>
            <w:vAlign w:val="center"/>
          </w:tcPr>
          <w:p w14:paraId="25825EB4" w14:textId="77777777" w:rsidR="003C544E" w:rsidRDefault="00000000">
            <w:r>
              <w:rPr>
                <w:b/>
                <w:sz w:val="19"/>
              </w:rPr>
              <w:t>Katılmayan / Mazeretli Personel</w:t>
            </w:r>
          </w:p>
        </w:tc>
        <w:tc>
          <w:tcPr>
            <w:tcW w:w="5156" w:type="dxa"/>
            <w:vAlign w:val="center"/>
          </w:tcPr>
          <w:p w14:paraId="1577DAD0" w14:textId="77777777" w:rsidR="003C544E" w:rsidRDefault="003C544E"/>
        </w:tc>
      </w:tr>
    </w:tbl>
    <w:p w14:paraId="7A60DB96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4. GÖREVLİ ACİL DURUM EKİPLERİ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3C544E" w14:paraId="685843F3" w14:textId="77777777">
        <w:tc>
          <w:tcPr>
            <w:tcW w:w="3437" w:type="dxa"/>
            <w:shd w:val="clear" w:color="auto" w:fill="07151C"/>
            <w:vAlign w:val="center"/>
          </w:tcPr>
          <w:p w14:paraId="70D4FF6D" w14:textId="77777777" w:rsidR="003C544E" w:rsidRDefault="00000000">
            <w:r>
              <w:rPr>
                <w:b/>
                <w:color w:val="FFFFFF"/>
                <w:sz w:val="19"/>
              </w:rPr>
              <w:t>Ekip</w:t>
            </w:r>
          </w:p>
        </w:tc>
        <w:tc>
          <w:tcPr>
            <w:tcW w:w="3437" w:type="dxa"/>
            <w:shd w:val="clear" w:color="auto" w:fill="07151C"/>
            <w:vAlign w:val="center"/>
          </w:tcPr>
          <w:p w14:paraId="3657F534" w14:textId="77777777" w:rsidR="003C544E" w:rsidRDefault="00000000">
            <w:r>
              <w:rPr>
                <w:b/>
                <w:color w:val="FFFFFF"/>
                <w:sz w:val="19"/>
              </w:rPr>
              <w:t>Ekip Lideri</w:t>
            </w:r>
          </w:p>
        </w:tc>
        <w:tc>
          <w:tcPr>
            <w:tcW w:w="3437" w:type="dxa"/>
            <w:shd w:val="clear" w:color="auto" w:fill="07151C"/>
            <w:vAlign w:val="center"/>
          </w:tcPr>
          <w:p w14:paraId="6766A86D" w14:textId="77777777" w:rsidR="003C544E" w:rsidRDefault="00000000">
            <w:r>
              <w:rPr>
                <w:b/>
                <w:color w:val="FFFFFF"/>
                <w:sz w:val="19"/>
              </w:rPr>
              <w:t>Görevli Personel</w:t>
            </w:r>
          </w:p>
        </w:tc>
      </w:tr>
      <w:tr w:rsidR="003C544E" w14:paraId="47941FC2" w14:textId="77777777">
        <w:tc>
          <w:tcPr>
            <w:tcW w:w="3437" w:type="dxa"/>
            <w:vAlign w:val="center"/>
          </w:tcPr>
          <w:p w14:paraId="1D339FC4" w14:textId="77777777" w:rsidR="003C544E" w:rsidRDefault="00000000">
            <w:r>
              <w:rPr>
                <w:b/>
                <w:sz w:val="19"/>
              </w:rPr>
              <w:t>Söndürme Ekibi</w:t>
            </w:r>
          </w:p>
        </w:tc>
        <w:tc>
          <w:tcPr>
            <w:tcW w:w="3437" w:type="dxa"/>
            <w:vAlign w:val="center"/>
          </w:tcPr>
          <w:p w14:paraId="6084D78D" w14:textId="77777777" w:rsidR="003C544E" w:rsidRDefault="003C544E"/>
        </w:tc>
        <w:tc>
          <w:tcPr>
            <w:tcW w:w="3437" w:type="dxa"/>
            <w:vAlign w:val="center"/>
          </w:tcPr>
          <w:p w14:paraId="634E22A6" w14:textId="77777777" w:rsidR="003C544E" w:rsidRDefault="003C544E"/>
        </w:tc>
      </w:tr>
      <w:tr w:rsidR="003C544E" w14:paraId="36D60A1A" w14:textId="77777777">
        <w:tc>
          <w:tcPr>
            <w:tcW w:w="3437" w:type="dxa"/>
            <w:vAlign w:val="center"/>
          </w:tcPr>
          <w:p w14:paraId="18932D12" w14:textId="77777777" w:rsidR="003C544E" w:rsidRDefault="00000000">
            <w:r>
              <w:rPr>
                <w:b/>
                <w:sz w:val="19"/>
              </w:rPr>
              <w:t>Arama-Kurtarma / Tahliye</w:t>
            </w:r>
          </w:p>
        </w:tc>
        <w:tc>
          <w:tcPr>
            <w:tcW w:w="3437" w:type="dxa"/>
            <w:vAlign w:val="center"/>
          </w:tcPr>
          <w:p w14:paraId="6134CBFA" w14:textId="77777777" w:rsidR="003C544E" w:rsidRDefault="003C544E"/>
        </w:tc>
        <w:tc>
          <w:tcPr>
            <w:tcW w:w="3437" w:type="dxa"/>
            <w:vAlign w:val="center"/>
          </w:tcPr>
          <w:p w14:paraId="418217C0" w14:textId="77777777" w:rsidR="003C544E" w:rsidRDefault="003C544E"/>
        </w:tc>
      </w:tr>
      <w:tr w:rsidR="003C544E" w14:paraId="1F46CA6F" w14:textId="77777777">
        <w:tc>
          <w:tcPr>
            <w:tcW w:w="3437" w:type="dxa"/>
            <w:vAlign w:val="center"/>
          </w:tcPr>
          <w:p w14:paraId="4C4E49C2" w14:textId="77777777" w:rsidR="003C544E" w:rsidRDefault="00000000">
            <w:r>
              <w:rPr>
                <w:b/>
                <w:sz w:val="19"/>
              </w:rPr>
              <w:t>Koruma-Haberleşme</w:t>
            </w:r>
          </w:p>
        </w:tc>
        <w:tc>
          <w:tcPr>
            <w:tcW w:w="3437" w:type="dxa"/>
            <w:vAlign w:val="center"/>
          </w:tcPr>
          <w:p w14:paraId="727067CC" w14:textId="77777777" w:rsidR="003C544E" w:rsidRDefault="003C544E"/>
        </w:tc>
        <w:tc>
          <w:tcPr>
            <w:tcW w:w="3437" w:type="dxa"/>
            <w:vAlign w:val="center"/>
          </w:tcPr>
          <w:p w14:paraId="5D4AF285" w14:textId="77777777" w:rsidR="003C544E" w:rsidRDefault="003C544E"/>
        </w:tc>
      </w:tr>
      <w:tr w:rsidR="003C544E" w14:paraId="174D4CC8" w14:textId="77777777">
        <w:tc>
          <w:tcPr>
            <w:tcW w:w="3437" w:type="dxa"/>
            <w:vAlign w:val="center"/>
          </w:tcPr>
          <w:p w14:paraId="79D0D04C" w14:textId="77777777" w:rsidR="003C544E" w:rsidRDefault="00000000">
            <w:r>
              <w:rPr>
                <w:b/>
                <w:sz w:val="19"/>
              </w:rPr>
              <w:t>İlk Yardım</w:t>
            </w:r>
          </w:p>
        </w:tc>
        <w:tc>
          <w:tcPr>
            <w:tcW w:w="3437" w:type="dxa"/>
            <w:vAlign w:val="center"/>
          </w:tcPr>
          <w:p w14:paraId="5AD3FADB" w14:textId="77777777" w:rsidR="003C544E" w:rsidRDefault="003C544E"/>
        </w:tc>
        <w:tc>
          <w:tcPr>
            <w:tcW w:w="3437" w:type="dxa"/>
            <w:vAlign w:val="center"/>
          </w:tcPr>
          <w:p w14:paraId="114B7828" w14:textId="77777777" w:rsidR="003C544E" w:rsidRDefault="003C544E"/>
        </w:tc>
      </w:tr>
    </w:tbl>
    <w:p w14:paraId="0B875B9E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5. TATBİKAT SENARYOSU</w:t>
      </w:r>
    </w:p>
    <w:p w14:paraId="62D27066" w14:textId="77777777" w:rsidR="003C544E" w:rsidRDefault="00000000">
      <w:r>
        <w:t>İşyerinin __________________________ bölümünde yangın çıktığı varsayılmıştır. Alarm verilmiş, çalışanlar belirlenen kaçış yollarını kullanarak toplanma alanına yönlendirilmiş ve acil durum ekipleri görev tanımlarına uygun şekilde sürece dahil olmuştur.</w:t>
      </w:r>
    </w:p>
    <w:p w14:paraId="3E2ED524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6. TATBİKATIN UYGULANIŞI VE SÜRELER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3C544E" w14:paraId="138AA829" w14:textId="77777777">
        <w:tc>
          <w:tcPr>
            <w:tcW w:w="5156" w:type="dxa"/>
            <w:shd w:val="clear" w:color="auto" w:fill="F4C915"/>
            <w:vAlign w:val="center"/>
          </w:tcPr>
          <w:p w14:paraId="25B3A8FC" w14:textId="77777777" w:rsidR="003C544E" w:rsidRDefault="00000000">
            <w:r>
              <w:rPr>
                <w:b/>
                <w:sz w:val="19"/>
              </w:rPr>
              <w:t>Alarm Veriliş Saati</w:t>
            </w:r>
          </w:p>
        </w:tc>
        <w:tc>
          <w:tcPr>
            <w:tcW w:w="5156" w:type="dxa"/>
            <w:vAlign w:val="center"/>
          </w:tcPr>
          <w:p w14:paraId="78669C64" w14:textId="77777777" w:rsidR="003C544E" w:rsidRDefault="003C544E"/>
        </w:tc>
      </w:tr>
      <w:tr w:rsidR="003C544E" w14:paraId="1FB40907" w14:textId="77777777">
        <w:tc>
          <w:tcPr>
            <w:tcW w:w="5156" w:type="dxa"/>
            <w:shd w:val="clear" w:color="auto" w:fill="F4C915"/>
            <w:vAlign w:val="center"/>
          </w:tcPr>
          <w:p w14:paraId="4961DBE0" w14:textId="77777777" w:rsidR="003C544E" w:rsidRDefault="00000000">
            <w:r>
              <w:rPr>
                <w:b/>
                <w:sz w:val="19"/>
              </w:rPr>
              <w:t>Tahliyenin Başlama Saati</w:t>
            </w:r>
          </w:p>
        </w:tc>
        <w:tc>
          <w:tcPr>
            <w:tcW w:w="5156" w:type="dxa"/>
            <w:vAlign w:val="center"/>
          </w:tcPr>
          <w:p w14:paraId="4A3CF5F1" w14:textId="77777777" w:rsidR="003C544E" w:rsidRDefault="003C544E"/>
        </w:tc>
      </w:tr>
      <w:tr w:rsidR="003C544E" w14:paraId="5558C291" w14:textId="77777777">
        <w:tc>
          <w:tcPr>
            <w:tcW w:w="5156" w:type="dxa"/>
            <w:shd w:val="clear" w:color="auto" w:fill="F4C915"/>
            <w:vAlign w:val="center"/>
          </w:tcPr>
          <w:p w14:paraId="58CB094A" w14:textId="77777777" w:rsidR="003C544E" w:rsidRDefault="00000000">
            <w:r>
              <w:rPr>
                <w:b/>
                <w:sz w:val="19"/>
              </w:rPr>
              <w:t>İlk Personelin Toplanma Alanına Ulaşma Saati</w:t>
            </w:r>
          </w:p>
        </w:tc>
        <w:tc>
          <w:tcPr>
            <w:tcW w:w="5156" w:type="dxa"/>
            <w:vAlign w:val="center"/>
          </w:tcPr>
          <w:p w14:paraId="00303B1F" w14:textId="77777777" w:rsidR="003C544E" w:rsidRDefault="003C544E"/>
        </w:tc>
      </w:tr>
      <w:tr w:rsidR="003C544E" w14:paraId="78521378" w14:textId="77777777">
        <w:tc>
          <w:tcPr>
            <w:tcW w:w="5156" w:type="dxa"/>
            <w:shd w:val="clear" w:color="auto" w:fill="F4C915"/>
            <w:vAlign w:val="center"/>
          </w:tcPr>
          <w:p w14:paraId="492D1842" w14:textId="77777777" w:rsidR="003C544E" w:rsidRDefault="00000000">
            <w:r>
              <w:rPr>
                <w:b/>
                <w:sz w:val="19"/>
              </w:rPr>
              <w:t>Son Personelin Toplanma Alanına Ulaşma Saati</w:t>
            </w:r>
          </w:p>
        </w:tc>
        <w:tc>
          <w:tcPr>
            <w:tcW w:w="5156" w:type="dxa"/>
            <w:vAlign w:val="center"/>
          </w:tcPr>
          <w:p w14:paraId="62086D32" w14:textId="77777777" w:rsidR="003C544E" w:rsidRDefault="003C544E"/>
        </w:tc>
      </w:tr>
      <w:tr w:rsidR="003C544E" w14:paraId="510895B5" w14:textId="77777777">
        <w:tc>
          <w:tcPr>
            <w:tcW w:w="5156" w:type="dxa"/>
            <w:shd w:val="clear" w:color="auto" w:fill="F4C915"/>
            <w:vAlign w:val="center"/>
          </w:tcPr>
          <w:p w14:paraId="7FC1C98B" w14:textId="77777777" w:rsidR="003C544E" w:rsidRDefault="00000000">
            <w:r>
              <w:rPr>
                <w:b/>
                <w:sz w:val="19"/>
              </w:rPr>
              <w:t>Yoklama Tamamlanma Saati</w:t>
            </w:r>
          </w:p>
        </w:tc>
        <w:tc>
          <w:tcPr>
            <w:tcW w:w="5156" w:type="dxa"/>
            <w:vAlign w:val="center"/>
          </w:tcPr>
          <w:p w14:paraId="485DC984" w14:textId="77777777" w:rsidR="003C544E" w:rsidRDefault="003C544E"/>
        </w:tc>
      </w:tr>
      <w:tr w:rsidR="003C544E" w14:paraId="3B00A756" w14:textId="77777777">
        <w:tc>
          <w:tcPr>
            <w:tcW w:w="5156" w:type="dxa"/>
            <w:shd w:val="clear" w:color="auto" w:fill="F4C915"/>
            <w:vAlign w:val="center"/>
          </w:tcPr>
          <w:p w14:paraId="516428E7" w14:textId="77777777" w:rsidR="003C544E" w:rsidRDefault="00000000">
            <w:r>
              <w:rPr>
                <w:b/>
                <w:sz w:val="19"/>
              </w:rPr>
              <w:t>Toplam Tahliye Süresi</w:t>
            </w:r>
          </w:p>
        </w:tc>
        <w:tc>
          <w:tcPr>
            <w:tcW w:w="5156" w:type="dxa"/>
            <w:vAlign w:val="center"/>
          </w:tcPr>
          <w:p w14:paraId="0A821231" w14:textId="77777777" w:rsidR="003C544E" w:rsidRDefault="003C544E"/>
        </w:tc>
      </w:tr>
    </w:tbl>
    <w:p w14:paraId="2320574D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7. GÖZLEM VE TESPİTLER</w:t>
      </w:r>
    </w:p>
    <w:p w14:paraId="2AC1DC45" w14:textId="77777777" w:rsidR="003C544E" w:rsidRDefault="00000000">
      <w:r>
        <w:t>1. __________________________________________________________________________________</w:t>
      </w:r>
    </w:p>
    <w:p w14:paraId="6A2C1EDA" w14:textId="77777777" w:rsidR="003C544E" w:rsidRDefault="00000000">
      <w:r>
        <w:t>2. __________________________________________________________________________________</w:t>
      </w:r>
    </w:p>
    <w:p w14:paraId="39A87E97" w14:textId="77777777" w:rsidR="003C544E" w:rsidRDefault="00000000">
      <w:r>
        <w:t>3. __________________________________________________________________________________</w:t>
      </w:r>
    </w:p>
    <w:p w14:paraId="100D4831" w14:textId="77777777" w:rsidR="003C544E" w:rsidRDefault="00000000">
      <w:r>
        <w:t>4. __________________________________________________________________________________</w:t>
      </w:r>
    </w:p>
    <w:p w14:paraId="68973167" w14:textId="77777777" w:rsidR="003C544E" w:rsidRDefault="00000000">
      <w:r>
        <w:t>5. __________________________________________________________________________________</w:t>
      </w:r>
    </w:p>
    <w:p w14:paraId="0B4F1FB4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8. TESPİT EDİLEN EKSİKLİKLER / UYGUNSUZLUKLAR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3C544E" w14:paraId="5D636035" w14:textId="77777777">
        <w:tc>
          <w:tcPr>
            <w:tcW w:w="2578" w:type="dxa"/>
            <w:shd w:val="clear" w:color="auto" w:fill="07151C"/>
            <w:vAlign w:val="center"/>
          </w:tcPr>
          <w:p w14:paraId="757FE35A" w14:textId="77777777" w:rsidR="003C544E" w:rsidRDefault="00000000">
            <w:r>
              <w:rPr>
                <w:b/>
                <w:color w:val="FFFFFF"/>
                <w:sz w:val="19"/>
              </w:rPr>
              <w:lastRenderedPageBreak/>
              <w:t>No</w:t>
            </w:r>
          </w:p>
        </w:tc>
        <w:tc>
          <w:tcPr>
            <w:tcW w:w="2578" w:type="dxa"/>
            <w:shd w:val="clear" w:color="auto" w:fill="07151C"/>
            <w:vAlign w:val="center"/>
          </w:tcPr>
          <w:p w14:paraId="4641DEEB" w14:textId="77777777" w:rsidR="003C544E" w:rsidRDefault="00000000">
            <w:r>
              <w:rPr>
                <w:b/>
                <w:color w:val="FFFFFF"/>
                <w:sz w:val="19"/>
              </w:rPr>
              <w:t>Tespit / Uygunsuzluk</w:t>
            </w:r>
          </w:p>
        </w:tc>
        <w:tc>
          <w:tcPr>
            <w:tcW w:w="2578" w:type="dxa"/>
            <w:shd w:val="clear" w:color="auto" w:fill="07151C"/>
            <w:vAlign w:val="center"/>
          </w:tcPr>
          <w:p w14:paraId="6811B483" w14:textId="77777777" w:rsidR="003C544E" w:rsidRDefault="00000000">
            <w:r>
              <w:rPr>
                <w:b/>
                <w:color w:val="FFFFFF"/>
                <w:sz w:val="19"/>
              </w:rPr>
              <w:t>Sorumlu</w:t>
            </w:r>
          </w:p>
        </w:tc>
        <w:tc>
          <w:tcPr>
            <w:tcW w:w="2578" w:type="dxa"/>
            <w:shd w:val="clear" w:color="auto" w:fill="07151C"/>
            <w:vAlign w:val="center"/>
          </w:tcPr>
          <w:p w14:paraId="0A46E8F3" w14:textId="77777777" w:rsidR="003C544E" w:rsidRDefault="00000000">
            <w:r>
              <w:rPr>
                <w:b/>
                <w:color w:val="FFFFFF"/>
                <w:sz w:val="19"/>
              </w:rPr>
              <w:t>Termin</w:t>
            </w:r>
          </w:p>
        </w:tc>
      </w:tr>
      <w:tr w:rsidR="003C544E" w14:paraId="0DB98D9B" w14:textId="77777777">
        <w:tc>
          <w:tcPr>
            <w:tcW w:w="2578" w:type="dxa"/>
            <w:vAlign w:val="center"/>
          </w:tcPr>
          <w:p w14:paraId="486EB85B" w14:textId="77777777" w:rsidR="003C544E" w:rsidRDefault="00000000">
            <w:r>
              <w:rPr>
                <w:sz w:val="19"/>
              </w:rPr>
              <w:t>1</w:t>
            </w:r>
          </w:p>
        </w:tc>
        <w:tc>
          <w:tcPr>
            <w:tcW w:w="2578" w:type="dxa"/>
            <w:vAlign w:val="center"/>
          </w:tcPr>
          <w:p w14:paraId="5AA35280" w14:textId="77777777" w:rsidR="003C544E" w:rsidRDefault="003C544E"/>
        </w:tc>
        <w:tc>
          <w:tcPr>
            <w:tcW w:w="2578" w:type="dxa"/>
            <w:vAlign w:val="center"/>
          </w:tcPr>
          <w:p w14:paraId="46A0D15D" w14:textId="77777777" w:rsidR="003C544E" w:rsidRDefault="003C544E"/>
        </w:tc>
        <w:tc>
          <w:tcPr>
            <w:tcW w:w="2578" w:type="dxa"/>
            <w:vAlign w:val="center"/>
          </w:tcPr>
          <w:p w14:paraId="228CC6F6" w14:textId="77777777" w:rsidR="003C544E" w:rsidRDefault="003C544E"/>
        </w:tc>
      </w:tr>
      <w:tr w:rsidR="003C544E" w14:paraId="10BE7F8C" w14:textId="77777777">
        <w:tc>
          <w:tcPr>
            <w:tcW w:w="2578" w:type="dxa"/>
            <w:vAlign w:val="center"/>
          </w:tcPr>
          <w:p w14:paraId="227A3CAA" w14:textId="77777777" w:rsidR="003C544E" w:rsidRDefault="00000000">
            <w:r>
              <w:rPr>
                <w:sz w:val="19"/>
              </w:rPr>
              <w:t>2</w:t>
            </w:r>
          </w:p>
        </w:tc>
        <w:tc>
          <w:tcPr>
            <w:tcW w:w="2578" w:type="dxa"/>
            <w:vAlign w:val="center"/>
          </w:tcPr>
          <w:p w14:paraId="467618EE" w14:textId="77777777" w:rsidR="003C544E" w:rsidRDefault="003C544E"/>
        </w:tc>
        <w:tc>
          <w:tcPr>
            <w:tcW w:w="2578" w:type="dxa"/>
            <w:vAlign w:val="center"/>
          </w:tcPr>
          <w:p w14:paraId="3BA72DC4" w14:textId="77777777" w:rsidR="003C544E" w:rsidRDefault="003C544E"/>
        </w:tc>
        <w:tc>
          <w:tcPr>
            <w:tcW w:w="2578" w:type="dxa"/>
            <w:vAlign w:val="center"/>
          </w:tcPr>
          <w:p w14:paraId="179380BD" w14:textId="77777777" w:rsidR="003C544E" w:rsidRDefault="003C544E"/>
        </w:tc>
      </w:tr>
      <w:tr w:rsidR="003C544E" w14:paraId="622C2166" w14:textId="77777777">
        <w:tc>
          <w:tcPr>
            <w:tcW w:w="2578" w:type="dxa"/>
            <w:vAlign w:val="center"/>
          </w:tcPr>
          <w:p w14:paraId="772FC9C4" w14:textId="77777777" w:rsidR="003C544E" w:rsidRDefault="00000000">
            <w:r>
              <w:rPr>
                <w:sz w:val="19"/>
              </w:rPr>
              <w:t>3</w:t>
            </w:r>
          </w:p>
        </w:tc>
        <w:tc>
          <w:tcPr>
            <w:tcW w:w="2578" w:type="dxa"/>
            <w:vAlign w:val="center"/>
          </w:tcPr>
          <w:p w14:paraId="7F5C4EF9" w14:textId="77777777" w:rsidR="003C544E" w:rsidRDefault="003C544E"/>
        </w:tc>
        <w:tc>
          <w:tcPr>
            <w:tcW w:w="2578" w:type="dxa"/>
            <w:vAlign w:val="center"/>
          </w:tcPr>
          <w:p w14:paraId="134EA085" w14:textId="77777777" w:rsidR="003C544E" w:rsidRDefault="003C544E"/>
        </w:tc>
        <w:tc>
          <w:tcPr>
            <w:tcW w:w="2578" w:type="dxa"/>
            <w:vAlign w:val="center"/>
          </w:tcPr>
          <w:p w14:paraId="4A70BDBF" w14:textId="77777777" w:rsidR="003C544E" w:rsidRDefault="003C544E"/>
        </w:tc>
      </w:tr>
      <w:tr w:rsidR="003C544E" w14:paraId="0A643C9A" w14:textId="77777777">
        <w:tc>
          <w:tcPr>
            <w:tcW w:w="2578" w:type="dxa"/>
            <w:vAlign w:val="center"/>
          </w:tcPr>
          <w:p w14:paraId="520A3E2A" w14:textId="77777777" w:rsidR="003C544E" w:rsidRDefault="00000000">
            <w:r>
              <w:rPr>
                <w:sz w:val="19"/>
              </w:rPr>
              <w:t>4</w:t>
            </w:r>
          </w:p>
        </w:tc>
        <w:tc>
          <w:tcPr>
            <w:tcW w:w="2578" w:type="dxa"/>
            <w:vAlign w:val="center"/>
          </w:tcPr>
          <w:p w14:paraId="6DFFB19D" w14:textId="77777777" w:rsidR="003C544E" w:rsidRDefault="003C544E"/>
        </w:tc>
        <w:tc>
          <w:tcPr>
            <w:tcW w:w="2578" w:type="dxa"/>
            <w:vAlign w:val="center"/>
          </w:tcPr>
          <w:p w14:paraId="054DC482" w14:textId="77777777" w:rsidR="003C544E" w:rsidRDefault="003C544E"/>
        </w:tc>
        <w:tc>
          <w:tcPr>
            <w:tcW w:w="2578" w:type="dxa"/>
            <w:vAlign w:val="center"/>
          </w:tcPr>
          <w:p w14:paraId="13785512" w14:textId="77777777" w:rsidR="003C544E" w:rsidRDefault="003C544E"/>
        </w:tc>
      </w:tr>
    </w:tbl>
    <w:p w14:paraId="4275A81A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9. DÜZELTİCİ / ÖNLEYİCİ FAALİYETLER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62"/>
        <w:gridCol w:w="2062"/>
        <w:gridCol w:w="2062"/>
        <w:gridCol w:w="2062"/>
        <w:gridCol w:w="2062"/>
      </w:tblGrid>
      <w:tr w:rsidR="003C544E" w14:paraId="0A91586D" w14:textId="77777777">
        <w:tc>
          <w:tcPr>
            <w:tcW w:w="2062" w:type="dxa"/>
            <w:shd w:val="clear" w:color="auto" w:fill="F4C915"/>
            <w:vAlign w:val="center"/>
          </w:tcPr>
          <w:p w14:paraId="36BEC437" w14:textId="77777777" w:rsidR="003C544E" w:rsidRDefault="00000000">
            <w:r>
              <w:rPr>
                <w:b/>
                <w:sz w:val="19"/>
              </w:rPr>
              <w:t>No</w:t>
            </w:r>
          </w:p>
        </w:tc>
        <w:tc>
          <w:tcPr>
            <w:tcW w:w="2062" w:type="dxa"/>
            <w:shd w:val="clear" w:color="auto" w:fill="F4C915"/>
            <w:vAlign w:val="center"/>
          </w:tcPr>
          <w:p w14:paraId="4F7A327E" w14:textId="77777777" w:rsidR="003C544E" w:rsidRDefault="00000000">
            <w:r>
              <w:rPr>
                <w:b/>
                <w:sz w:val="19"/>
              </w:rPr>
              <w:t>Faaliyet</w:t>
            </w:r>
          </w:p>
        </w:tc>
        <w:tc>
          <w:tcPr>
            <w:tcW w:w="2062" w:type="dxa"/>
            <w:shd w:val="clear" w:color="auto" w:fill="F4C915"/>
            <w:vAlign w:val="center"/>
          </w:tcPr>
          <w:p w14:paraId="1DEFF4AD" w14:textId="77777777" w:rsidR="003C544E" w:rsidRDefault="00000000">
            <w:r>
              <w:rPr>
                <w:b/>
                <w:sz w:val="19"/>
              </w:rPr>
              <w:t>Sorumlu</w:t>
            </w:r>
          </w:p>
        </w:tc>
        <w:tc>
          <w:tcPr>
            <w:tcW w:w="2062" w:type="dxa"/>
            <w:shd w:val="clear" w:color="auto" w:fill="F4C915"/>
            <w:vAlign w:val="center"/>
          </w:tcPr>
          <w:p w14:paraId="198A4FB7" w14:textId="77777777" w:rsidR="003C544E" w:rsidRDefault="00000000">
            <w:r>
              <w:rPr>
                <w:b/>
                <w:sz w:val="19"/>
              </w:rPr>
              <w:t>Termin</w:t>
            </w:r>
          </w:p>
        </w:tc>
        <w:tc>
          <w:tcPr>
            <w:tcW w:w="2062" w:type="dxa"/>
            <w:shd w:val="clear" w:color="auto" w:fill="F4C915"/>
            <w:vAlign w:val="center"/>
          </w:tcPr>
          <w:p w14:paraId="6A20E22A" w14:textId="77777777" w:rsidR="003C544E" w:rsidRDefault="00000000">
            <w:r>
              <w:rPr>
                <w:b/>
                <w:sz w:val="19"/>
              </w:rPr>
              <w:t>Durum</w:t>
            </w:r>
          </w:p>
        </w:tc>
      </w:tr>
      <w:tr w:rsidR="003C544E" w14:paraId="6CA935E4" w14:textId="77777777">
        <w:tc>
          <w:tcPr>
            <w:tcW w:w="2062" w:type="dxa"/>
            <w:vAlign w:val="center"/>
          </w:tcPr>
          <w:p w14:paraId="04FA080C" w14:textId="77777777" w:rsidR="003C544E" w:rsidRDefault="00000000">
            <w:r>
              <w:rPr>
                <w:sz w:val="19"/>
              </w:rPr>
              <w:t>1</w:t>
            </w:r>
          </w:p>
        </w:tc>
        <w:tc>
          <w:tcPr>
            <w:tcW w:w="2062" w:type="dxa"/>
            <w:vAlign w:val="center"/>
          </w:tcPr>
          <w:p w14:paraId="07135B8D" w14:textId="77777777" w:rsidR="003C544E" w:rsidRDefault="003C544E"/>
        </w:tc>
        <w:tc>
          <w:tcPr>
            <w:tcW w:w="2062" w:type="dxa"/>
            <w:vAlign w:val="center"/>
          </w:tcPr>
          <w:p w14:paraId="0CABE3A0" w14:textId="77777777" w:rsidR="003C544E" w:rsidRDefault="003C544E"/>
        </w:tc>
        <w:tc>
          <w:tcPr>
            <w:tcW w:w="2062" w:type="dxa"/>
            <w:vAlign w:val="center"/>
          </w:tcPr>
          <w:p w14:paraId="39483BD4" w14:textId="77777777" w:rsidR="003C544E" w:rsidRDefault="003C544E"/>
        </w:tc>
        <w:tc>
          <w:tcPr>
            <w:tcW w:w="2062" w:type="dxa"/>
            <w:vAlign w:val="center"/>
          </w:tcPr>
          <w:p w14:paraId="232C1187" w14:textId="77777777" w:rsidR="003C544E" w:rsidRDefault="003C544E"/>
        </w:tc>
      </w:tr>
      <w:tr w:rsidR="003C544E" w14:paraId="4095AD57" w14:textId="77777777">
        <w:tc>
          <w:tcPr>
            <w:tcW w:w="2062" w:type="dxa"/>
            <w:vAlign w:val="center"/>
          </w:tcPr>
          <w:p w14:paraId="32856177" w14:textId="77777777" w:rsidR="003C544E" w:rsidRDefault="00000000">
            <w:r>
              <w:rPr>
                <w:sz w:val="19"/>
              </w:rPr>
              <w:t>2</w:t>
            </w:r>
          </w:p>
        </w:tc>
        <w:tc>
          <w:tcPr>
            <w:tcW w:w="2062" w:type="dxa"/>
            <w:vAlign w:val="center"/>
          </w:tcPr>
          <w:p w14:paraId="41F8F2F7" w14:textId="77777777" w:rsidR="003C544E" w:rsidRDefault="003C544E"/>
        </w:tc>
        <w:tc>
          <w:tcPr>
            <w:tcW w:w="2062" w:type="dxa"/>
            <w:vAlign w:val="center"/>
          </w:tcPr>
          <w:p w14:paraId="068DB451" w14:textId="77777777" w:rsidR="003C544E" w:rsidRDefault="003C544E"/>
        </w:tc>
        <w:tc>
          <w:tcPr>
            <w:tcW w:w="2062" w:type="dxa"/>
            <w:vAlign w:val="center"/>
          </w:tcPr>
          <w:p w14:paraId="054B3EF4" w14:textId="77777777" w:rsidR="003C544E" w:rsidRDefault="003C544E"/>
        </w:tc>
        <w:tc>
          <w:tcPr>
            <w:tcW w:w="2062" w:type="dxa"/>
            <w:vAlign w:val="center"/>
          </w:tcPr>
          <w:p w14:paraId="32BABA9B" w14:textId="77777777" w:rsidR="003C544E" w:rsidRDefault="003C544E"/>
        </w:tc>
      </w:tr>
      <w:tr w:rsidR="003C544E" w14:paraId="52F810BB" w14:textId="77777777">
        <w:tc>
          <w:tcPr>
            <w:tcW w:w="2062" w:type="dxa"/>
            <w:vAlign w:val="center"/>
          </w:tcPr>
          <w:p w14:paraId="4927C510" w14:textId="77777777" w:rsidR="003C544E" w:rsidRDefault="00000000">
            <w:r>
              <w:rPr>
                <w:sz w:val="19"/>
              </w:rPr>
              <w:t>3</w:t>
            </w:r>
          </w:p>
        </w:tc>
        <w:tc>
          <w:tcPr>
            <w:tcW w:w="2062" w:type="dxa"/>
            <w:vAlign w:val="center"/>
          </w:tcPr>
          <w:p w14:paraId="15BFC437" w14:textId="77777777" w:rsidR="003C544E" w:rsidRDefault="003C544E"/>
        </w:tc>
        <w:tc>
          <w:tcPr>
            <w:tcW w:w="2062" w:type="dxa"/>
            <w:vAlign w:val="center"/>
          </w:tcPr>
          <w:p w14:paraId="78D73DCE" w14:textId="77777777" w:rsidR="003C544E" w:rsidRDefault="003C544E"/>
        </w:tc>
        <w:tc>
          <w:tcPr>
            <w:tcW w:w="2062" w:type="dxa"/>
            <w:vAlign w:val="center"/>
          </w:tcPr>
          <w:p w14:paraId="746B0124" w14:textId="77777777" w:rsidR="003C544E" w:rsidRDefault="003C544E"/>
        </w:tc>
        <w:tc>
          <w:tcPr>
            <w:tcW w:w="2062" w:type="dxa"/>
            <w:vAlign w:val="center"/>
          </w:tcPr>
          <w:p w14:paraId="4817C547" w14:textId="77777777" w:rsidR="003C544E" w:rsidRDefault="003C544E"/>
        </w:tc>
      </w:tr>
      <w:tr w:rsidR="003C544E" w14:paraId="7A5F1A63" w14:textId="77777777">
        <w:tc>
          <w:tcPr>
            <w:tcW w:w="2062" w:type="dxa"/>
            <w:vAlign w:val="center"/>
          </w:tcPr>
          <w:p w14:paraId="11A6AAE8" w14:textId="77777777" w:rsidR="003C544E" w:rsidRDefault="00000000">
            <w:r>
              <w:rPr>
                <w:sz w:val="19"/>
              </w:rPr>
              <w:t>4</w:t>
            </w:r>
          </w:p>
        </w:tc>
        <w:tc>
          <w:tcPr>
            <w:tcW w:w="2062" w:type="dxa"/>
            <w:vAlign w:val="center"/>
          </w:tcPr>
          <w:p w14:paraId="41F73902" w14:textId="77777777" w:rsidR="003C544E" w:rsidRDefault="003C544E"/>
        </w:tc>
        <w:tc>
          <w:tcPr>
            <w:tcW w:w="2062" w:type="dxa"/>
            <w:vAlign w:val="center"/>
          </w:tcPr>
          <w:p w14:paraId="4452DA71" w14:textId="77777777" w:rsidR="003C544E" w:rsidRDefault="003C544E"/>
        </w:tc>
        <w:tc>
          <w:tcPr>
            <w:tcW w:w="2062" w:type="dxa"/>
            <w:vAlign w:val="center"/>
          </w:tcPr>
          <w:p w14:paraId="3992FD4A" w14:textId="77777777" w:rsidR="003C544E" w:rsidRDefault="003C544E"/>
        </w:tc>
        <w:tc>
          <w:tcPr>
            <w:tcW w:w="2062" w:type="dxa"/>
            <w:vAlign w:val="center"/>
          </w:tcPr>
          <w:p w14:paraId="570BCA5C" w14:textId="77777777" w:rsidR="003C544E" w:rsidRDefault="003C544E"/>
        </w:tc>
      </w:tr>
    </w:tbl>
    <w:p w14:paraId="2D84488B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10. GENEL DEĞERLENDİRME VE SONUÇ</w:t>
      </w:r>
    </w:p>
    <w:p w14:paraId="46DFCAA5" w14:textId="77777777" w:rsidR="003C544E" w:rsidRDefault="00000000">
      <w:r>
        <w:t>Yapılan yangın tatbikatı sonucunda; çalışanların tahliye süreci, acil durum ekiplerinin görev dağılımı, toplanma alanı uygulamaları ve iletişim akışı gözlemlenmiştir. Tespit edilen eksikliklerin giderilmesi ve önerilen faaliyetlerin tamamlanması sonrasında acil durum hazırlık seviyesinin geliştirilmesi hedeflenmektedir.</w:t>
      </w:r>
    </w:p>
    <w:p w14:paraId="126E0718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11. EKLER</w:t>
      </w:r>
    </w:p>
    <w:p w14:paraId="2212CD75" w14:textId="77777777" w:rsidR="003C544E" w:rsidRDefault="00000000">
      <w:r>
        <w:rPr>
          <w:b/>
        </w:rPr>
        <w:t xml:space="preserve">☐ </w:t>
      </w:r>
      <w:r>
        <w:t>Katılım / Yoklama Listesi</w:t>
      </w:r>
    </w:p>
    <w:p w14:paraId="4660BBA6" w14:textId="77777777" w:rsidR="003C544E" w:rsidRDefault="00000000">
      <w:r>
        <w:rPr>
          <w:b/>
        </w:rPr>
        <w:t xml:space="preserve">☐ </w:t>
      </w:r>
      <w:r>
        <w:t>Tatbikat Fotoğrafları</w:t>
      </w:r>
    </w:p>
    <w:p w14:paraId="080BA759" w14:textId="77777777" w:rsidR="003C544E" w:rsidRDefault="00000000">
      <w:r>
        <w:rPr>
          <w:b/>
        </w:rPr>
        <w:t xml:space="preserve">☐ </w:t>
      </w:r>
      <w:r>
        <w:t>Acil Durum Ekip Görevlendirme Listesi</w:t>
      </w:r>
    </w:p>
    <w:p w14:paraId="421FC538" w14:textId="77777777" w:rsidR="003C544E" w:rsidRDefault="00000000">
      <w:r>
        <w:rPr>
          <w:b/>
        </w:rPr>
        <w:t xml:space="preserve">☐ </w:t>
      </w:r>
      <w:r>
        <w:t>Kroki / Tahliye Planı</w:t>
      </w:r>
    </w:p>
    <w:p w14:paraId="57DDBE8C" w14:textId="77777777" w:rsidR="003C544E" w:rsidRDefault="00000000">
      <w:r>
        <w:rPr>
          <w:b/>
        </w:rPr>
        <w:t xml:space="preserve">☐ </w:t>
      </w:r>
      <w:r>
        <w:t>Diğer: ________________________________</w:t>
      </w:r>
    </w:p>
    <w:p w14:paraId="70E3EC74" w14:textId="77777777" w:rsidR="003C544E" w:rsidRDefault="00000000">
      <w:pPr>
        <w:spacing w:before="140" w:after="80"/>
      </w:pPr>
      <w:r>
        <w:rPr>
          <w:b/>
          <w:color w:val="07151C"/>
          <w:sz w:val="23"/>
        </w:rPr>
        <w:t>12. ONAY / İMZALAR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3C544E" w14:paraId="00688C21" w14:textId="77777777">
        <w:tc>
          <w:tcPr>
            <w:tcW w:w="3437" w:type="dxa"/>
            <w:shd w:val="clear" w:color="auto" w:fill="07151C"/>
            <w:vAlign w:val="center"/>
          </w:tcPr>
          <w:p w14:paraId="72F3180C" w14:textId="77777777" w:rsidR="003C544E" w:rsidRDefault="00000000">
            <w:r>
              <w:rPr>
                <w:b/>
                <w:color w:val="FFFFFF"/>
                <w:sz w:val="19"/>
              </w:rPr>
              <w:t>Hazırlayan</w:t>
            </w:r>
          </w:p>
        </w:tc>
        <w:tc>
          <w:tcPr>
            <w:tcW w:w="3437" w:type="dxa"/>
            <w:shd w:val="clear" w:color="auto" w:fill="07151C"/>
            <w:vAlign w:val="center"/>
          </w:tcPr>
          <w:p w14:paraId="72EE7293" w14:textId="77777777" w:rsidR="003C544E" w:rsidRDefault="00000000">
            <w:r>
              <w:rPr>
                <w:b/>
                <w:color w:val="FFFFFF"/>
                <w:sz w:val="19"/>
              </w:rPr>
              <w:t>İSG Yetkilisi</w:t>
            </w:r>
          </w:p>
        </w:tc>
        <w:tc>
          <w:tcPr>
            <w:tcW w:w="3437" w:type="dxa"/>
            <w:shd w:val="clear" w:color="auto" w:fill="07151C"/>
            <w:vAlign w:val="center"/>
          </w:tcPr>
          <w:p w14:paraId="40AE7919" w14:textId="77777777" w:rsidR="003C544E" w:rsidRDefault="00000000">
            <w:r>
              <w:rPr>
                <w:b/>
                <w:color w:val="FFFFFF"/>
                <w:sz w:val="19"/>
              </w:rPr>
              <w:t>İşveren / İşveren Vekili</w:t>
            </w:r>
          </w:p>
        </w:tc>
      </w:tr>
      <w:tr w:rsidR="003C544E" w14:paraId="3D5DD6AF" w14:textId="77777777">
        <w:tc>
          <w:tcPr>
            <w:tcW w:w="3437" w:type="dxa"/>
            <w:vAlign w:val="center"/>
          </w:tcPr>
          <w:p w14:paraId="45D46B83" w14:textId="77777777" w:rsidR="003C544E" w:rsidRDefault="00000000">
            <w:r>
              <w:rPr>
                <w:sz w:val="19"/>
              </w:rPr>
              <w:t>Ad Soyad: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İmza:</w:t>
            </w:r>
          </w:p>
        </w:tc>
        <w:tc>
          <w:tcPr>
            <w:tcW w:w="3437" w:type="dxa"/>
            <w:vAlign w:val="center"/>
          </w:tcPr>
          <w:p w14:paraId="012D49CD" w14:textId="77777777" w:rsidR="003C544E" w:rsidRDefault="00000000">
            <w:r>
              <w:rPr>
                <w:sz w:val="19"/>
              </w:rPr>
              <w:t>Ad Soyad: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İmza:</w:t>
            </w:r>
          </w:p>
        </w:tc>
        <w:tc>
          <w:tcPr>
            <w:tcW w:w="3437" w:type="dxa"/>
            <w:vAlign w:val="center"/>
          </w:tcPr>
          <w:p w14:paraId="4174EABB" w14:textId="77777777" w:rsidR="003C544E" w:rsidRDefault="00000000">
            <w:r>
              <w:rPr>
                <w:sz w:val="19"/>
              </w:rPr>
              <w:t>Ad Soyad: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İmza:</w:t>
            </w:r>
          </w:p>
        </w:tc>
      </w:tr>
      <w:tr w:rsidR="003C544E" w14:paraId="4F2FB7C2" w14:textId="77777777">
        <w:tc>
          <w:tcPr>
            <w:tcW w:w="3437" w:type="dxa"/>
            <w:vAlign w:val="center"/>
          </w:tcPr>
          <w:p w14:paraId="5401D934" w14:textId="77777777" w:rsidR="003C544E" w:rsidRDefault="00000000">
            <w:r>
              <w:rPr>
                <w:sz w:val="19"/>
              </w:rPr>
              <w:t>Tarih:</w:t>
            </w:r>
          </w:p>
        </w:tc>
        <w:tc>
          <w:tcPr>
            <w:tcW w:w="3437" w:type="dxa"/>
            <w:vAlign w:val="center"/>
          </w:tcPr>
          <w:p w14:paraId="65F693BA" w14:textId="77777777" w:rsidR="003C544E" w:rsidRDefault="00000000">
            <w:r>
              <w:rPr>
                <w:sz w:val="19"/>
              </w:rPr>
              <w:t>Tarih:</w:t>
            </w:r>
          </w:p>
        </w:tc>
        <w:tc>
          <w:tcPr>
            <w:tcW w:w="3437" w:type="dxa"/>
            <w:vAlign w:val="center"/>
          </w:tcPr>
          <w:p w14:paraId="3F8E3FBB" w14:textId="77777777" w:rsidR="003C544E" w:rsidRDefault="00000000">
            <w:r>
              <w:rPr>
                <w:sz w:val="19"/>
              </w:rPr>
              <w:t>Tarih:</w:t>
            </w:r>
          </w:p>
        </w:tc>
      </w:tr>
    </w:tbl>
    <w:p w14:paraId="37D704AA" w14:textId="77777777" w:rsidR="00C56086" w:rsidRDefault="00C56086">
      <w:pPr>
        <w:jc w:val="center"/>
        <w:rPr>
          <w:i/>
          <w:color w:val="646E78"/>
          <w:sz w:val="16"/>
        </w:rPr>
      </w:pPr>
    </w:p>
    <w:p w14:paraId="3795C7DF" w14:textId="77777777" w:rsidR="00C56086" w:rsidRDefault="00C56086">
      <w:pPr>
        <w:jc w:val="center"/>
        <w:rPr>
          <w:i/>
          <w:color w:val="646E78"/>
          <w:sz w:val="16"/>
        </w:rPr>
      </w:pPr>
    </w:p>
    <w:p w14:paraId="74A96A9C" w14:textId="4EDAB670" w:rsidR="003C544E" w:rsidRDefault="00000000">
      <w:pPr>
        <w:jc w:val="center"/>
      </w:pPr>
      <w:r>
        <w:rPr>
          <w:i/>
          <w:color w:val="646E78"/>
          <w:sz w:val="16"/>
        </w:rPr>
        <w:t xml:space="preserve">İGU ALPEREN • </w:t>
      </w:r>
      <w:proofErr w:type="spellStart"/>
      <w:r>
        <w:rPr>
          <w:i/>
          <w:color w:val="646E78"/>
          <w:sz w:val="16"/>
        </w:rPr>
        <w:t>Yangın</w:t>
      </w:r>
      <w:proofErr w:type="spellEnd"/>
      <w:r>
        <w:rPr>
          <w:i/>
          <w:color w:val="646E78"/>
          <w:sz w:val="16"/>
        </w:rPr>
        <w:t xml:space="preserve"> </w:t>
      </w:r>
      <w:proofErr w:type="spellStart"/>
      <w:r>
        <w:rPr>
          <w:i/>
          <w:color w:val="646E78"/>
          <w:sz w:val="16"/>
        </w:rPr>
        <w:t>Tatbikat</w:t>
      </w:r>
      <w:proofErr w:type="spellEnd"/>
      <w:r>
        <w:rPr>
          <w:i/>
          <w:color w:val="646E78"/>
          <w:sz w:val="16"/>
        </w:rPr>
        <w:t xml:space="preserve"> Raporu Örnek Şablonu</w:t>
      </w:r>
    </w:p>
    <w:sectPr w:rsidR="003C544E" w:rsidSect="00034616">
      <w:headerReference w:type="default" r:id="rId8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FB5EC" w14:textId="77777777" w:rsidR="00034BFC" w:rsidRDefault="00034BFC" w:rsidP="00C56086">
      <w:pPr>
        <w:spacing w:after="0" w:line="240" w:lineRule="auto"/>
      </w:pPr>
      <w:r>
        <w:separator/>
      </w:r>
    </w:p>
  </w:endnote>
  <w:endnote w:type="continuationSeparator" w:id="0">
    <w:p w14:paraId="38F92AF5" w14:textId="77777777" w:rsidR="00034BFC" w:rsidRDefault="00034BFC" w:rsidP="00C5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07D09" w14:textId="77777777" w:rsidR="00034BFC" w:rsidRDefault="00034BFC" w:rsidP="00C56086">
      <w:pPr>
        <w:spacing w:after="0" w:line="240" w:lineRule="auto"/>
      </w:pPr>
      <w:r>
        <w:separator/>
      </w:r>
    </w:p>
  </w:footnote>
  <w:footnote w:type="continuationSeparator" w:id="0">
    <w:p w14:paraId="6A071144" w14:textId="77777777" w:rsidR="00034BFC" w:rsidRDefault="00034BFC" w:rsidP="00C5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85F0" w14:textId="12E33E45" w:rsidR="00C56086" w:rsidRDefault="00C56086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D8A0CD" wp14:editId="7702106E">
          <wp:simplePos x="0" y="0"/>
          <wp:positionH relativeFrom="column">
            <wp:posOffset>-8890</wp:posOffset>
          </wp:positionH>
          <wp:positionV relativeFrom="paragraph">
            <wp:posOffset>-361950</wp:posOffset>
          </wp:positionV>
          <wp:extent cx="1346200" cy="478790"/>
          <wp:effectExtent l="0" t="0" r="6350" b="0"/>
          <wp:wrapThrough wrapText="bothSides">
            <wp:wrapPolygon edited="0">
              <wp:start x="2140" y="859"/>
              <wp:lineTo x="306" y="5156"/>
              <wp:lineTo x="0" y="12032"/>
              <wp:lineTo x="1528" y="19767"/>
              <wp:lineTo x="5196" y="19767"/>
              <wp:lineTo x="20174" y="18048"/>
              <wp:lineTo x="21396" y="13751"/>
              <wp:lineTo x="21396" y="7735"/>
              <wp:lineTo x="4891" y="859"/>
              <wp:lineTo x="2140" y="859"/>
            </wp:wrapPolygon>
          </wp:wrapThrough>
          <wp:docPr id="1492576820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576820" name="Resim 14925768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620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508467">
    <w:abstractNumId w:val="8"/>
  </w:num>
  <w:num w:numId="2" w16cid:durableId="2048407036">
    <w:abstractNumId w:val="6"/>
  </w:num>
  <w:num w:numId="3" w16cid:durableId="1055277137">
    <w:abstractNumId w:val="5"/>
  </w:num>
  <w:num w:numId="4" w16cid:durableId="60294480">
    <w:abstractNumId w:val="4"/>
  </w:num>
  <w:num w:numId="5" w16cid:durableId="1763915644">
    <w:abstractNumId w:val="7"/>
  </w:num>
  <w:num w:numId="6" w16cid:durableId="2094663429">
    <w:abstractNumId w:val="3"/>
  </w:num>
  <w:num w:numId="7" w16cid:durableId="1049694871">
    <w:abstractNumId w:val="2"/>
  </w:num>
  <w:num w:numId="8" w16cid:durableId="48043365">
    <w:abstractNumId w:val="1"/>
  </w:num>
  <w:num w:numId="9" w16cid:durableId="9175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BFC"/>
    <w:rsid w:val="0006063C"/>
    <w:rsid w:val="0015074B"/>
    <w:rsid w:val="0029639D"/>
    <w:rsid w:val="00326F90"/>
    <w:rsid w:val="003C544E"/>
    <w:rsid w:val="007054CA"/>
    <w:rsid w:val="00AA1D8D"/>
    <w:rsid w:val="00B47730"/>
    <w:rsid w:val="00C5608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3A8490"/>
  <w14:defaultImageDpi w14:val="300"/>
  <w15:docId w15:val="{173804AE-079E-4178-8E44-C9CB11AF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ATIF ALPEREN GÜRBÜZ</cp:lastModifiedBy>
  <cp:revision>2</cp:revision>
  <dcterms:created xsi:type="dcterms:W3CDTF">2013-12-23T23:15:00Z</dcterms:created>
  <dcterms:modified xsi:type="dcterms:W3CDTF">2026-09-21T19:04:00Z</dcterms:modified>
  <cp:category/>
</cp:coreProperties>
</file>